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את/ה אוהב/ת לעשות? - שם הפועל ותחביבים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בצורת שם הפועל (לישון, לשחק, לקרוא)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בנושא תחביבים וזמן פנוי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משפטים עם אוהב/אוהבת + שם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מה אנחנו יודעים על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אהבה גדולה לשינה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שם הפועל אינו מציין זמן או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במיקוד הלשוני של היחידה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לישון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מילה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(😴)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(⚽)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(🎤)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ממיינים - בבית או בחוץ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לבשל, לקרוא, לישון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משתמש/ת בפועל אוהב/אוהבת ולפחות שלושה שמות פועל מהרשימה, המשפטים ברורים והגיוניים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הפועל אינו מציין זמן או גוף ומתחיל לרוב באות 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כולל נכון אוהב/אוהבת ושם פועל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הגיונית הקשורה לתחביב 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השיר בכיתה לפני תחילת הדף כדי לחבר את התלמידים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בפעילות הכתיבה כדאי לתת דוגמה אחת משותפת בלוח לפני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עולים כדאי להוסיף תמונות ליד המילים בחלק ההתאמה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את/ה אוהב/ת לעשות? - שם הפועל ותחביבים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ביחידה הזאת נכיר שיר משעשע על מישהו שאוהב לישון מאוד. נלמד איך בונים שם פועל ונדבר על התחביבים שלנו.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לשחק  ·  לישון  ·  לקרא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מה אנחנו יודעים על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על מה מדבר השיר של היחידה?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אהבה גדולה לשינה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טיול בחופש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שם הפועל הוא צורה שבדרך כלל מתחילה באות: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הפועל מציין זמן מסוים (עבר, הווה או עתיד)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הפועל בא לרוב אחרי פעלים כמו אוהב, רוצה, יכול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אני אוהב __________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היא אוהבת __________ 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בשבת אני אוהבת __________ עד מאוחר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מתאימים מילה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לישון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⚽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🎤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לקרוא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😴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ממיינים - בבית או בחוץ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 פעילויות ששייכות לקבוצה 'בבית'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קצרה: מה אתם אוהבים לעשות בזמן הפנוי? השתמשו בלפחות שלוש מילים משם הפועל שלמדנו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צורת שם הפועל ואיך בדרך כלל מתחילה?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משפט אחד עם המילה אוהב/אוהבת ושם פועל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את/ה אוהב/ת לעשות? - שם הפועל ותחביבים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