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אוהב/ת לעשות? - שם הפועל ותחביבים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בצורת שם הפועל (לישון, לשחק, לקרוא)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 תחביבים וזמן פנוי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משפטים עם אוהב/אוהבת + שם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מה אנחנו יודעים על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אהבה גדולה לשינה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אריק איינשטיין ומיקי גבריאלוב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הפועל אינו מציין זמן או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במיקוד הלשוני של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אוצר המילים מוצג תמיד עם ניקוד כדי לשמור על הגייה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לישון שייך לקבוצה 'בבית'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לרקוד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לצייר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לבשל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(😴)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(⚽)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(💃)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ממיינים - בבית או 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לבשל, לקרוא, לישון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לשחק כדור, לרוץ, לטייל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משתמש/ת בפועל אוהב/אוהבת ולפחות שלושה שמות פועל מהרשימה, המשפטים ברורים והגיוניים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כותרת מושכת, לפחות שתי סיבות לנסות את התחביב, שימוש בשם פועל אחד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הפועל אינו מציין זמן או גוף ומתחיל לרוב באות 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נכון אוהב/אוהבת ושם פועל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הגיונית הקשורה לתחביב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בכיתה לפני תחילת הדף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כדאי לתת דוגמה אחת משותפת בלוח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עולים כדאי להוסיף תמונות ליד המילים בחלק ההתאמה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אוהב/ת לעשות? - שם הפועל ותחביבים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שיר על מישהו שאוהב לישון. נלמד מילים כמו לישון, לשחק, לקרוא. נדבר על מה אנחנו אוהבים לעשות.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של הפועל שמתחילה לרוב באות ל, כמו לישון, לשחק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תחביב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שאוהבים לעשות בזמן הפנוי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פנוי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שבו אין שיעורים או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שבה בונים פעלים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 ארבע אותיות שמהן בונים את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לרקוד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לזוז לפי קצב של מוזיקה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לצייר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ליצור תמונה בעזרת עפרון או צבעים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מה אנחנו יודעים על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עוסק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 גדולה לשינה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טיול בחופש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בישול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המבצעים של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אריק איינשטיין ומיקי גבריאלוב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להקת כוורת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אריק איינשטיין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אות מתחיל בדרך כלל שם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סמנו את שם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מציין זמן מסוים (עבר, הווה או עתיד)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בא לרוב אחרי פעלים כמו אוהב, רוצה, יכול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'לְשַׂחֵק' בנויה מהשורש ש-ח-ק בבניין פיעל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אוצר המילים ביחידה מוצג בלי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הממיינים, 'לישון' שייך לקבוצה 'בחוץ'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אוהב __________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אוהבת __________ 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בשבת אני אוהבת __________ עד 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אתם אוהבים __________?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בזמן הפנוי אני אוהב __________ 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אמא שלי אוהבת __________ ארוחת ערב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לישון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⚽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💃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לקרוא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😴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לרקוד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לצייר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ממיינים - בבית או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פעילויות ששייכות לקבוצה 'בבית'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פעילויות ששייכות לקבוצה 'בחוץ'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מה אתם אוהבים לעשות בזמן הפנוי? השתמשו בלפחות שלוש מילים משם הפועל שלמדנו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פרסומת קצרה לתחביב שלכם - למה כדאי לנסות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צורת שם הפועל ואיך בדרך כלל מתחילה?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אוהב/אוהבת ושם 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אוהבים לעשות בזמן הפנוי?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את/ה אוהב/ת לעשות? - שם הפועל ותחביבים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