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את/ה אוהב/ת לעשות? - שם הפועל ותחביבים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ולהשתמש בצורת שם הפועל (לישון, לשחק, לקרוא)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בנושא תחביבים וזמן פנוי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לבנות משפטים עם אוהב/אוהבת + שם 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מה אנחנו יודעים על 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אהבה גדולה לשינה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אריק איינשטיין ומיקי גבריאלוב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לשחק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שם הפועל אינו מציין זמן או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נכתב במיקוד הלשוני של היחידה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מוסבר ביחידה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אוצר המילים מוצג תמיד עם ניקוד כדי לשמור על הגייה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לישון שייך לקבוצה 'בבית'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לישון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לרקוד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לצייר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לבשל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מתאימים מילה לתמונה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(😴)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(⚽)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(🎤)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(💃)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ממיינים - בבית או בחוץ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לבשל, לקרוא, לישון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לשחק כדור, לרוץ, לטייל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משתמש/ת בפועל אוהב/אוהבת ולפחות שלושה שמות פועל מהרשימה, המשפטים ברורים והגיוניים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כותרת מושכת, לפחות שתי סיבות לנסות את התחביב, שימוש בשם פועל אחד לפחות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הפועל אינו מציין זמן או גוף ומתחיל לרוב באות 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המשפט כולל נכון אוהב/אוהבת ושם פועל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הגיונית הקשורה לתחביב אמיתי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השיר בכיתה לפני תחילת הדף כדי לחבר את התלמידים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בפעילות הכתיבה כדאי לתת דוגמה אחת משותפת בלוח לפני העבודה העצמית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עולים כדאי להוסיף תמונות ליד המילים בחלק ההתאמה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את/ה אוהב/ת לעשות? - שם הפועל ותחביבים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ביחידה הזאת נכיר שיר משעשע על מישהו שאוהב לישון מאוד. נלמד איך בונים שם פועל ונדבר על התחביבים שלנו.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מה אנחנו יודעים על השיר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על מה מדבר השיר של היחידה?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אהבה גדולה לשינה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טיול בחופש הגדול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בישול ארוחה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שרים את השיר?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דני אבדיה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אריק איינשטיין ומיקי גבריאלוב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להקת כוורת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אריק איינשטיין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שם הפועל הוא צורה שבדרך כלל מתחילה באות: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היא שם הפועל?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ישחק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הפועל מציין זמן מסוים (עבר, הווה או עתיד)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הפועל בא לרוב אחרי פעלים כמו אוהב, רוצה, יכול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'לְשַׂחֵק' בנויה מהשורש ש-ח-ק בבניין פיעל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אוצר המילים ביחידה מוצג בלי ניקוד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בפעילות הממיינים, 'לישון' שייך לקבוצה 'בחוץ'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משלימים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אני אוהב __________ 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היא אוהבת __________ ספרים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בשבת אני אוהבת __________ עד מאוחר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אתם אוהבים __________?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בזמן הפנוי אני אוהב __________ תמונות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אמא שלי אוהבת __________ ארוחת ערב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מתאימים מילה לתמונה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לישון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לקרוא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🎤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לשיר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💃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לרקוד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⚽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לצייר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😴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ממיינים - בבית או בחוץ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פעילויות ששייכות לקבוצה 'בבית'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שלוש פעילויות ששייכות לקבוצה 'בחוץ'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ויוצרים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קצרה: מה אתם אוהבים לעשות בזמן הפנוי? השתמשו בלפחות שלוש מילים משם הפועל שלמדנו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פרסומת קצרה לתחביב שלכם - למה כדאי לנסות אותו?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צורת שם הפועל ואיך בדרך כלל מתחילה?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עם המילה אוהב/אוהבת ושם פועל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אתם אוהבים לעשות בזמן הפנוי?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 את/ה אוהב/ת לעשות? - שם הפועל ותחביבים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